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תואר – מי לא שייך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תואר מתוך רשימת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שם תואר לשם העצם במין (זכר/נקבה) ובמספר (יחיד/רבים)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המיומנות של 'מי לא שייך' כמו במשחקי התנועה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שייך? (בחירה מרובה)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רצה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חכם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שולחן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הכלל המרכזי בהתאמת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גדולה היא יחיד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ילדים הוא שם עצם, לא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בדיוק מטרת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התואר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גדולים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קטנים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עצם לשם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(חכמה)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(חכמים)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(חכמות)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(גדולים)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משחק ריצת השליחים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מתחלקים לקבוצות ועומדים בטור בקצה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המורה מניחה כרטיסים עם שמות תואר בצד השני של החדר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התלמיד הראשון רץ ובוחר כרטיס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התלמיד בודק אם המילה שייכת לקבוצה ומודיע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התלמיד חוזר ומוסר את התור לחבר הבא בתור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עם התאמה נכונה של שם תואר במין ובמספר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שלושה שמות תואר מתאימים במין וברבים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התאמה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כמו גדולים או חכמים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שם משחק כגון קום אם לא שייך או ריצת שליחים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ה'מי לא שייך' בעל פה לפני העבודה בכתב, בדומה למשחק קום אם לא שייך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פריטים עם skip_n מתאימים לתלמידים מתקדמים, ניתן להשמיט אותם בכיתת חינוך מיוחד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חלק ההתאמה אפשר לבצע גם בעזרת כרטיסים מודפסים כמו בדף המשחקים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תואר – מי לא שייך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שמות תואר – נמצא מילה שלא שייכת לקבוצה, נתאים שם תואר לשם עצם, ונזכור איך משחקים את משחקי התנועה עם הכרטיסים.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לא שייך? (בחירה מרובה)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לא שייכת לקבוצה: גדול, קטן, יפה, רצה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לא שייכת: גדולה, קטנה, יפה,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לא שייכת: גדולים, קטנים, יפים,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לא שייכת: אדום, ירוק, כחול,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לא שייכת: יפות, יפות, יפה, 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לא שייכת: שמח, עצוב, כועס,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חייב להתאים במין ובמספר לשם העצם שהוא מתאר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גדולה מתאימה לשם עצם ברבים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ילדים היא שם תואר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קום אם לא שייך התלמידים לומדים לזהות מילה שלא מתאימה לקבוצה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שם התואר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הילדה __________ (גדולה)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הכיסאות __________ (גדולים)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הפרח __________ (אדום)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התלמידות __________ (חכמות)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הכלבים __________ (קטנים)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שם עצם לשם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חכמים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גדולים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ילדות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חכמה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שולחנות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חכמות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משחק ריצת השליחים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 הראשון רץ ובוחר כרטיס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 חוזר ומוסר את התור לחבר הבא בתור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מתחלקים לקבוצות ועומדים בטור בקצה הכיתה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מניחה כרטיסים עם שמות תואר בצד השני של החדר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 בודק אם המילה שייכת לקבוצה ומודיע לכיתה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עם שמות תואר שמתארים חבר או חברה לכיתה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שם עצם ברבים וכתבו לידו שלושה שמות תואר מתאימים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הכלל להתאמת שם תואר לשם עצם?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תואר ברבים זכר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משחק מהדף תרגלנו למצוא מילה שלא שייכת?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תואר – מי לא שייך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