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– מי לא שייך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מתוך רשימת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העצם במין (זכר/נקבה) ובמספר (יחיד/רבים)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המיומנות של 'מי לא שייך' כמו במשחקי התנועה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המרכזי בהתאמת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גדולה היא יחיד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ילדים הוא שם עצם, 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מטרת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ריצת השליחים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מתחלקים לקבוצות ועומדים בטור בקצה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מניחה כרטיסים עם שמות תואר בצד השני של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הראשון רץ ובוחר כרטיס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בודק אם המילה שייכת לקבוצה ומודיע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 חוזר ומוסר את התור לחבר הבא בתור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התאמה נכונה של שם תואר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שמות תואר מתאימים במין וברבים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גדולים או חכמים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משחק כגון קום אם לא שייך או ריצת שליחים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ה'מי לא שייך' בעל פה לפני העבודה בכתב, בדומה למשחק קום אם לא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מתאימים לתלמידים מתקדמים, ניתן להשמיט אותם בכיתת חינוך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ההתאמה אפשר לבצע גם בעזרת כרטיסים מודפסים כמו בדף המשחקים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– מי לא שייך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שמות תואר. נמצא מילה אחת שלא מתאימה לקבוצה, ונתרגל איך להתאים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מרגיש, למשל גדול,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שהיא שם של דבר, אדם או מקום, למשל ילד,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המילה לבן או לגבר, למשל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המילה לבת או לאישה, למשל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המילה שלא מתאימה לשאר המילים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קטן שמבטאים בחצי תנועה או בלי 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מילה שהיא לא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המילה בזכר בין מילים בנקבה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המילה ביחיד בין מילים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מילה שהיא לא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המילה ביחיד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מצאו מילה שהיא לא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גדולה מתאימה לשם עצם ברבים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ילדים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קום אם לא שייך התלמידים לומדים לזהות מילה שלא מתאימה לקבוצה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(גדולה)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הכיסאות __________ (גדולים)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הפרח __________ (אדום)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התלמידות __________ (חכמות)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הכלבים __________ (קטנים)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חכמים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ריצת השליחים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מניחה כרטיסים עם שמות תואר בצד השני של החדר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לקבוצות ועומדים בטור בקצה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חוזר ומוסר את התור לחבר הבא בתור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הראשון רץ ובוחר כרטיס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בודק אם המילה שייכת לקבוצה ומודיע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שמות תואר שמתארים חבר או חברה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ברבים וכתבו לידו שלושה שמות תואר 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להתאמת שם תואר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ברבים זכר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משחק מהדף תרגלנו למצוא מילה שלא שייכת?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– מי לא שייך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