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– מי לא שייך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מתוך רשימת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העצם במין (זכר/נקבה) ובמספר (יחיד/רבים)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המיומנות של 'מי לא שייך' כמו במשחקי התנועה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המרכזי בהתאמת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ילדים הוא שם עצם, לא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(חכמים)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ריצת השליחים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מתחלקים לקבוצות ועומדים בטור בקצה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מניחה כרטיסים עם שמות תואר בצד השני של 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הראשון רץ ובוחר כרטיס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חוזר ומוסר את התור לחבר הבא בתור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התאמה נכונה של שם תואר במין ובמספר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גדולים או חכמים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משחק כגון קום אם לא שייך או ריצת שליחים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ה'מי לא שייך' בעל פה לפני העבודה בכתב, בדומה למשחק קום אם לא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מתאימים לתלמידים מתקדמים, ניתן להשמיט אותם בכיתת חינוך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ההתאמה אפשר לבצע גם בעזרת כרטיסים מודפסים כמו בדף המשחקים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– מי לא שייך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שמות תואר – נמצא מילה שלא שייכת לקבוצה, נתאים שם תואר לשם עצם, ונזכור איך משחקים את משחקי התנועה עם הכרטיסים.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גדולים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לא שייכת לקבוצה: גדול, קטן, יפה,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לא שייכת: אדום, ירוק, כחול,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ילדים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__________ (גדולה)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הכיסאות __________ (גדולים)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משחק ריצת השליחים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מתחלקים לקבוצות ועומדים בטור בקצה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 חוזר ומוסר את התור לחבר הבא בתור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 הראשון רץ ובוחר כרטיס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מניחה כרטיסים עם שמות תואר בצד השני של החדר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עם שמות תואר שמתארים חבר או חברה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הכלל להתאמת שם תואר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תואר ברבים זכר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– מי לא שייך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